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33367" w:rsidRDefault="00000000">
      <w:r>
        <w:rPr>
          <w:b/>
          <w:color w:val="003366"/>
          <w:sz w:val="24"/>
        </w:rPr>
        <w:t>Kids4Life gemeinnützige UG</w:t>
      </w:r>
    </w:p>
    <w:p w:rsidR="00E33367" w:rsidRDefault="00000000">
      <w:pPr>
        <w:spacing w:before="240" w:after="160"/>
      </w:pPr>
      <w:r>
        <w:rPr>
          <w:b/>
        </w:rPr>
        <w:t>Sehr geehrte Damen und Herren, liebe Eltern,</w:t>
      </w:r>
    </w:p>
    <w:p w:rsidR="00E33367" w:rsidRDefault="00000000">
      <w:pPr>
        <w:spacing w:after="160"/>
      </w:pPr>
      <w:r>
        <w:t>wie bereits im Vorjahr wird auch im kommenden Schuljahr wieder unser Partner Kids4Life die Gestaltung des Ganztags an der Mittelschule Fernpassstraße übernehmen.</w:t>
      </w:r>
      <w:r>
        <w:br/>
        <w:t>Kids4Life ist eine gemeinnützige Organisation, die erfolgreich den Ganztag an vielen verschiedenen Schulen in München gestaltet.</w:t>
      </w:r>
    </w:p>
    <w:p w:rsidR="00E33367" w:rsidRDefault="00000000">
      <w:pPr>
        <w:spacing w:before="200" w:after="120"/>
      </w:pPr>
      <w:r>
        <w:rPr>
          <w:b/>
          <w:color w:val="003366"/>
          <w:sz w:val="22"/>
        </w:rPr>
        <w:t>Jahrgangsstufen 5 bis 8: Die „OGS“ - offene Ganztagsschule</w:t>
      </w:r>
    </w:p>
    <w:p w:rsidR="00E33367" w:rsidRDefault="00000000">
      <w:pPr>
        <w:spacing w:after="160"/>
      </w:pPr>
      <w:r>
        <w:t>Die OGS ist ein ergänzendes schulisches Betreuungsmodell, das einen wichtigen Beitrag zur Vereinbarkeit von Familie und Beruf leistet. Die Schülerinnen und Schüler der Regelklassen werden dort von Montag bis Donnerstag zwischen 13:00 und 15:30 Uhr fachkundig betreut.</w:t>
      </w:r>
      <w:r>
        <w:br/>
      </w:r>
      <w:r>
        <w:br/>
        <w:t>Dieses Angebot haben wir den Bedürfnissen der Schülerinnen und Schüler angepasst und in zwei verschiedene Konzepte aufgeteilt: OGS und OGS-E (Extra).</w:t>
      </w:r>
      <w:r>
        <w:br/>
      </w:r>
      <w:r>
        <w:br/>
        <w:t>In der „regulären“ OGS für die 5. und 6. Jahrgangsstufen findet nach dem gemeinsamen Mittagessen eine 60-minütige Hausaufgaben- und Studierzeit statt, danach beginnen die Projekte.</w:t>
      </w:r>
      <w:r>
        <w:br/>
      </w:r>
      <w:r>
        <w:br/>
        <w:t>Ab der 7. Klasse kommen neue Fächer hinzu, das Lernpensum steigt und gleichzeitig wächst auch die Selbständigkeit der Jugendlichen. Deshalb haben wir für die 7. und 8. Jahrgangsstufen unser Konzept in Form der OGS-E angepasst. Das bedeutet, dass nach dem Mittagessen unter Anleitung von Betreuern, Lehrern und Tutoren eine intensivierte Hausaufgaben- und Studierzeit ohne Projekte stattfindet.</w:t>
      </w:r>
    </w:p>
    <w:p w:rsidR="00E33367" w:rsidRDefault="00000000">
      <w:pPr>
        <w:spacing w:before="200" w:after="80"/>
      </w:pPr>
      <w:r>
        <w:rPr>
          <w:b/>
        </w:rPr>
        <w:t>Betreuungsmodell auf einen Blick:</w:t>
      </w:r>
    </w:p>
    <w:tbl>
      <w:tblPr>
        <w:tblW w:w="0" w:type="auto"/>
        <w:jc w:val="center"/>
        <w:tblLook w:val="04A0" w:firstRow="1" w:lastRow="0" w:firstColumn="1" w:lastColumn="0" w:noHBand="0" w:noVBand="1"/>
      </w:tblPr>
      <w:tblGrid>
        <w:gridCol w:w="4963"/>
        <w:gridCol w:w="4963"/>
      </w:tblGrid>
      <w:tr w:rsidR="00E33367">
        <w:trPr>
          <w:jc w:val="center"/>
        </w:trPr>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60" w:after="60"/>
            </w:pPr>
            <w:r>
              <w:rPr>
                <w:b/>
                <w:sz w:val="19"/>
              </w:rPr>
              <w:t>13:00 Uhr – 13:40 Uhr</w:t>
            </w:r>
          </w:p>
        </w:tc>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60" w:after="60"/>
            </w:pPr>
            <w:r>
              <w:rPr>
                <w:sz w:val="19"/>
              </w:rPr>
              <w:t>Mittagessen</w:t>
            </w:r>
          </w:p>
        </w:tc>
      </w:tr>
      <w:tr w:rsidR="00E33367">
        <w:trPr>
          <w:jc w:val="center"/>
        </w:trPr>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60" w:after="60"/>
            </w:pPr>
            <w:r>
              <w:rPr>
                <w:b/>
                <w:sz w:val="19"/>
              </w:rPr>
              <w:t>13:40 Uhr – 14:30 Uhr</w:t>
            </w:r>
          </w:p>
        </w:tc>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60" w:after="60"/>
            </w:pPr>
            <w:r>
              <w:rPr>
                <w:sz w:val="19"/>
              </w:rPr>
              <w:t>Hausaufgaben- und Studierzeit</w:t>
            </w:r>
          </w:p>
        </w:tc>
      </w:tr>
      <w:tr w:rsidR="00E33367">
        <w:trPr>
          <w:jc w:val="center"/>
        </w:trPr>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60" w:after="60"/>
            </w:pPr>
            <w:r>
              <w:rPr>
                <w:b/>
                <w:sz w:val="19"/>
              </w:rPr>
              <w:t>14:30 Uhr – 14:45 Uhr</w:t>
            </w:r>
          </w:p>
        </w:tc>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60" w:after="60"/>
            </w:pPr>
            <w:r>
              <w:rPr>
                <w:sz w:val="19"/>
              </w:rPr>
              <w:t>Kurze Pause an der frischen Luft</w:t>
            </w:r>
          </w:p>
        </w:tc>
      </w:tr>
      <w:tr w:rsidR="00E33367">
        <w:trPr>
          <w:jc w:val="center"/>
        </w:trPr>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60" w:after="60"/>
            </w:pPr>
            <w:r>
              <w:rPr>
                <w:b/>
                <w:sz w:val="19"/>
              </w:rPr>
              <w:t>14:45 Uhr – 15:30 Uhr</w:t>
            </w:r>
          </w:p>
        </w:tc>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60" w:after="60"/>
            </w:pPr>
            <w:r>
              <w:rPr>
                <w:sz w:val="19"/>
              </w:rPr>
              <w:t>Möglichkeit 1: Fertigstellen der Hausaufgaben und freies Lernen</w:t>
            </w:r>
            <w:r>
              <w:rPr>
                <w:sz w:val="19"/>
              </w:rPr>
              <w:br/>
              <w:t>Möglichkeit 2: Wechsel in eine individuelle Förderung</w:t>
            </w:r>
          </w:p>
        </w:tc>
      </w:tr>
      <w:tr w:rsidR="00E33367">
        <w:trPr>
          <w:jc w:val="center"/>
        </w:trPr>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60" w:after="60"/>
            </w:pPr>
            <w:r>
              <w:rPr>
                <w:b/>
                <w:sz w:val="19"/>
              </w:rPr>
              <w:t>Hinweis</w:t>
            </w:r>
          </w:p>
        </w:tc>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60" w:after="60"/>
            </w:pPr>
            <w:r>
              <w:rPr>
                <w:sz w:val="19"/>
              </w:rPr>
              <w:t>Die OGS-E endet für alle um 15:30 Uhr.</w:t>
            </w:r>
          </w:p>
        </w:tc>
      </w:tr>
    </w:tbl>
    <w:p w:rsidR="00E33367" w:rsidRDefault="00000000">
      <w:pPr>
        <w:spacing w:before="240" w:after="160"/>
      </w:pPr>
      <w:r>
        <w:t>Die Teilnahme an der offenen Ganztagsschule ist freiwillig und kostenlos.</w:t>
      </w:r>
      <w:r>
        <w:br/>
        <w:t>Den verbindlichen Anmeldebogen, sowie Informationen zur Registrierung für die Mensa finden Sie im Anhang.</w:t>
      </w:r>
      <w:r>
        <w:br/>
      </w:r>
      <w:r>
        <w:br/>
        <w:t xml:space="preserve">Selbstverständlich können Sie sich auch direkt an uns wenden unter </w:t>
      </w:r>
      <w:r>
        <w:rPr>
          <w:b/>
        </w:rPr>
        <w:t>ganztag-fernpassstrasse@kids4life.de</w:t>
      </w:r>
      <w:r>
        <w:t xml:space="preserve"> bzw. </w:t>
      </w:r>
      <w:r>
        <w:rPr>
          <w:b/>
        </w:rPr>
        <w:t>089/24603626</w:t>
      </w:r>
      <w:r>
        <w:t>.</w:t>
      </w:r>
      <w:r>
        <w:br/>
      </w:r>
      <w:r>
        <w:br/>
        <w:t>Bei Fragen stehen wir Ihnen jederzeit gerne zur Verfügung.</w:t>
      </w:r>
      <w:r>
        <w:br/>
      </w:r>
      <w:r>
        <w:br/>
        <w:t>Herzlichst, Ihr Kids4Life-Team.</w:t>
      </w:r>
    </w:p>
    <w:p w:rsidR="00E33367" w:rsidRDefault="00000000">
      <w:r>
        <w:br w:type="page"/>
      </w:r>
    </w:p>
    <w:p w:rsidR="00E33367" w:rsidRDefault="00000000">
      <w:pPr>
        <w:spacing w:after="80"/>
        <w:jc w:val="center"/>
      </w:pPr>
      <w:r>
        <w:rPr>
          <w:b/>
          <w:color w:val="003366"/>
          <w:sz w:val="28"/>
        </w:rPr>
        <w:lastRenderedPageBreak/>
        <w:t>Anmeldung für das offene Ganztagsangebot</w:t>
      </w:r>
    </w:p>
    <w:p w:rsidR="00E33367" w:rsidRDefault="00000000">
      <w:pPr>
        <w:spacing w:after="160"/>
      </w:pPr>
      <w:r>
        <w:rPr>
          <w:sz w:val="18"/>
        </w:rPr>
        <w:t xml:space="preserve">Bitte lesen Sie das beiliegende Schreiben der Schule mit Informationen zur Anmeldung für das offene Ganztagsangebot aufmerksam durch, füllen Sie dann dieses Anmeldeformular aus und geben Sie es in der Schule ab. Ihre Anmeldung wird benötigt, damit das offene Ganztagsangebot genehmigt und zu Beginn des Schuljahres eingerichtet bzw. </w:t>
      </w:r>
      <w:proofErr w:type="spellStart"/>
      <w:r>
        <w:rPr>
          <w:sz w:val="18"/>
        </w:rPr>
        <w:t>fortgeführt</w:t>
      </w:r>
      <w:proofErr w:type="spellEnd"/>
      <w:r>
        <w:rPr>
          <w:sz w:val="18"/>
        </w:rPr>
        <w:t xml:space="preserve"> </w:t>
      </w:r>
      <w:proofErr w:type="spellStart"/>
      <w:r>
        <w:rPr>
          <w:sz w:val="18"/>
        </w:rPr>
        <w:t>werden</w:t>
      </w:r>
      <w:proofErr w:type="spellEnd"/>
      <w:r>
        <w:rPr>
          <w:sz w:val="18"/>
        </w:rPr>
        <w:t xml:space="preserve"> </w:t>
      </w:r>
      <w:proofErr w:type="spellStart"/>
      <w:r>
        <w:rPr>
          <w:sz w:val="18"/>
        </w:rPr>
        <w:t>kann</w:t>
      </w:r>
      <w:proofErr w:type="spellEnd"/>
      <w:r>
        <w:rPr>
          <w:sz w:val="18"/>
        </w:rPr>
        <w:t>.</w:t>
      </w:r>
    </w:p>
    <w:p w:rsidR="00E33367" w:rsidRDefault="00000000">
      <w:pPr>
        <w:spacing w:after="120"/>
      </w:pPr>
      <w:r>
        <w:rPr>
          <w:b/>
          <w:sz w:val="19"/>
        </w:rPr>
        <w:t>BITTE IN DRUCKBUCHSTABEN AUSFÜLLEN:</w:t>
      </w:r>
    </w:p>
    <w:p w:rsidR="00E33367" w:rsidRDefault="00000000">
      <w:pPr>
        <w:spacing w:before="120" w:after="80"/>
      </w:pPr>
      <w:r>
        <w:rPr>
          <w:b/>
          <w:color w:val="003366"/>
        </w:rPr>
        <w:t>1. Angaben zur angemeldeten Schülerin / zum angemeldeten Schüler</w:t>
      </w:r>
    </w:p>
    <w:tbl>
      <w:tblPr>
        <w:tblW w:w="0" w:type="auto"/>
        <w:jc w:val="center"/>
        <w:tblLook w:val="04A0" w:firstRow="1" w:lastRow="0" w:firstColumn="1" w:lastColumn="0" w:noHBand="0" w:noVBand="1"/>
      </w:tblPr>
      <w:tblGrid>
        <w:gridCol w:w="4963"/>
        <w:gridCol w:w="4963"/>
      </w:tblGrid>
      <w:tr w:rsidR="00E33367">
        <w:trPr>
          <w:jc w:val="center"/>
        </w:trPr>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60" w:after="240"/>
            </w:pPr>
            <w:r>
              <w:rPr>
                <w:b/>
                <w:sz w:val="19"/>
              </w:rPr>
              <w:t>Name, Vorname:</w:t>
            </w:r>
          </w:p>
        </w:tc>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60" w:after="240"/>
            </w:pPr>
            <w:r>
              <w:rPr>
                <w:b/>
                <w:sz w:val="19"/>
              </w:rPr>
              <w:t>Geburtsdatum:</w:t>
            </w:r>
          </w:p>
        </w:tc>
      </w:tr>
      <w:tr w:rsidR="00E33367">
        <w:trPr>
          <w:jc w:val="center"/>
        </w:trPr>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60" w:after="240"/>
            </w:pPr>
            <w:r>
              <w:rPr>
                <w:b/>
                <w:sz w:val="19"/>
              </w:rPr>
              <w:t>Anschrift:</w:t>
            </w:r>
          </w:p>
        </w:tc>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60" w:after="240"/>
            </w:pPr>
            <w:r>
              <w:rPr>
                <w:b/>
                <w:sz w:val="19"/>
              </w:rPr>
              <w:t>Klasse/Jahrgang:</w:t>
            </w:r>
          </w:p>
        </w:tc>
      </w:tr>
    </w:tbl>
    <w:p w:rsidR="00E33367" w:rsidRDefault="00000000">
      <w:pPr>
        <w:spacing w:before="160" w:after="80"/>
      </w:pPr>
      <w:r>
        <w:rPr>
          <w:b/>
          <w:color w:val="003366"/>
        </w:rPr>
        <w:t>2. Angaben zum Erziehungsberechtigten</w:t>
      </w:r>
    </w:p>
    <w:tbl>
      <w:tblPr>
        <w:tblW w:w="0" w:type="auto"/>
        <w:jc w:val="center"/>
        <w:tblLook w:val="04A0" w:firstRow="1" w:lastRow="0" w:firstColumn="1" w:lastColumn="0" w:noHBand="0" w:noVBand="1"/>
      </w:tblPr>
      <w:tblGrid>
        <w:gridCol w:w="4963"/>
        <w:gridCol w:w="4963"/>
      </w:tblGrid>
      <w:tr w:rsidR="00E33367">
        <w:trPr>
          <w:jc w:val="center"/>
        </w:trPr>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40"/>
            </w:pPr>
            <w:r>
              <w:rPr>
                <w:b/>
                <w:sz w:val="18"/>
              </w:rPr>
              <w:t>Name Mutter:</w:t>
            </w:r>
          </w:p>
        </w:tc>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40"/>
            </w:pPr>
            <w:r>
              <w:rPr>
                <w:b/>
                <w:sz w:val="18"/>
              </w:rPr>
              <w:t>Anschrift:</w:t>
            </w:r>
          </w:p>
        </w:tc>
      </w:tr>
      <w:tr w:rsidR="00E33367">
        <w:trPr>
          <w:jc w:val="center"/>
        </w:trPr>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40"/>
            </w:pPr>
            <w:r>
              <w:rPr>
                <w:b/>
                <w:sz w:val="18"/>
              </w:rPr>
              <w:t>Telefon privat:</w:t>
            </w:r>
          </w:p>
        </w:tc>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40"/>
            </w:pPr>
            <w:r>
              <w:rPr>
                <w:b/>
                <w:sz w:val="18"/>
              </w:rPr>
              <w:t>Telefon mobil:</w:t>
            </w:r>
          </w:p>
        </w:tc>
      </w:tr>
      <w:tr w:rsidR="00E33367">
        <w:trPr>
          <w:jc w:val="center"/>
        </w:trPr>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40"/>
            </w:pPr>
            <w:r>
              <w:rPr>
                <w:b/>
                <w:sz w:val="18"/>
              </w:rPr>
              <w:t>Telefon Arbeit:</w:t>
            </w:r>
          </w:p>
        </w:tc>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40"/>
            </w:pPr>
            <w:r>
              <w:rPr>
                <w:b/>
                <w:sz w:val="18"/>
              </w:rPr>
              <w:t>Email:</w:t>
            </w:r>
          </w:p>
        </w:tc>
      </w:tr>
      <w:tr w:rsidR="00E33367">
        <w:trPr>
          <w:jc w:val="center"/>
        </w:trPr>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40"/>
            </w:pPr>
            <w:r>
              <w:rPr>
                <w:b/>
                <w:sz w:val="18"/>
              </w:rPr>
              <w:t>Name Vater:</w:t>
            </w:r>
          </w:p>
        </w:tc>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40"/>
            </w:pPr>
            <w:r>
              <w:rPr>
                <w:b/>
                <w:sz w:val="18"/>
              </w:rPr>
              <w:t>Anschrift:</w:t>
            </w:r>
          </w:p>
        </w:tc>
      </w:tr>
      <w:tr w:rsidR="00E33367">
        <w:trPr>
          <w:jc w:val="center"/>
        </w:trPr>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40"/>
            </w:pPr>
            <w:r>
              <w:rPr>
                <w:b/>
                <w:sz w:val="18"/>
              </w:rPr>
              <w:t>Telefon privat:</w:t>
            </w:r>
          </w:p>
        </w:tc>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40"/>
            </w:pPr>
            <w:r>
              <w:rPr>
                <w:b/>
                <w:sz w:val="18"/>
              </w:rPr>
              <w:t>Telefon mobil:</w:t>
            </w:r>
          </w:p>
        </w:tc>
      </w:tr>
      <w:tr w:rsidR="00E33367">
        <w:trPr>
          <w:jc w:val="center"/>
        </w:trPr>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40"/>
            </w:pPr>
            <w:r>
              <w:rPr>
                <w:b/>
                <w:sz w:val="18"/>
              </w:rPr>
              <w:t>Telefon Arbeit:</w:t>
            </w:r>
          </w:p>
        </w:tc>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40"/>
            </w:pPr>
            <w:r>
              <w:rPr>
                <w:b/>
                <w:sz w:val="18"/>
              </w:rPr>
              <w:t>Email:</w:t>
            </w:r>
          </w:p>
        </w:tc>
      </w:tr>
    </w:tbl>
    <w:p w:rsidR="00E33367" w:rsidRDefault="00000000">
      <w:pPr>
        <w:spacing w:before="120" w:after="40"/>
      </w:pPr>
      <w:r>
        <w:rPr>
          <w:sz w:val="18"/>
        </w:rPr>
        <w:t>Bestehen chronische Krankheiten oder Lebensmittelunverträglichkeiten bei Ihrem Kind, wie z.B.:</w:t>
      </w:r>
    </w:p>
    <w:p w:rsidR="00E33367" w:rsidRDefault="00000000">
      <w:pPr>
        <w:spacing w:after="120"/>
      </w:pPr>
      <w:r>
        <w:rPr>
          <w:sz w:val="18"/>
        </w:rPr>
        <w:t>☐ Diabetes      ☐ Asthma      ☐ Sonstige Anmerkungen: ________________________</w:t>
      </w:r>
    </w:p>
    <w:p w:rsidR="00E33367" w:rsidRDefault="00000000">
      <w:pPr>
        <w:spacing w:before="80" w:after="80"/>
      </w:pPr>
      <w:r>
        <w:rPr>
          <w:sz w:val="18"/>
        </w:rPr>
        <w:t xml:space="preserve">Die Schülerin/der Schüler wird hiermit für das offene Ganztagsangebot im Auftrag der Kids4Life UG für das </w:t>
      </w:r>
      <w:r>
        <w:rPr>
          <w:b/>
          <w:sz w:val="18"/>
        </w:rPr>
        <w:t>Schuljahr 2026/2027</w:t>
      </w:r>
      <w:r>
        <w:rPr>
          <w:sz w:val="18"/>
        </w:rPr>
        <w:t xml:space="preserve"> an folgender Schule angemeldet:</w:t>
      </w:r>
      <w:r>
        <w:rPr>
          <w:sz w:val="18"/>
        </w:rPr>
        <w:br/>
      </w:r>
      <w:r>
        <w:rPr>
          <w:b/>
          <w:sz w:val="18"/>
        </w:rPr>
        <w:t>Mittelschule Fernpass, Fernpaßstraße 41, 81373 München</w:t>
      </w:r>
    </w:p>
    <w:p w:rsidR="00E33367" w:rsidRDefault="00000000">
      <w:pPr>
        <w:spacing w:after="120"/>
      </w:pPr>
      <w:r>
        <w:rPr>
          <w:sz w:val="18"/>
        </w:rPr>
        <w:t>Die Anmeldung für die Förderung und Betreuung im offenen Ganztagsangebot von 13:00 bis 15:30 Uhr gilt für folgende Anzahl von Tagen (bitte ankreuzen):</w:t>
      </w:r>
      <w:r>
        <w:rPr>
          <w:sz w:val="18"/>
        </w:rPr>
        <w:br/>
        <w:t>☐ 2 Tage    ☐ 3 Tage    ☐ 4 Tage  (Wochentage nach Stundenplan im September wählbar)</w:t>
      </w:r>
    </w:p>
    <w:p w:rsidR="00E33367" w:rsidRDefault="00000000">
      <w:pPr>
        <w:spacing w:before="120" w:after="80"/>
      </w:pPr>
      <w:r>
        <w:rPr>
          <w:b/>
          <w:sz w:val="19"/>
        </w:rPr>
        <w:t>Erklärung der Erziehungsberechtigten:</w:t>
      </w:r>
    </w:p>
    <w:p w:rsidR="00E33367" w:rsidRPr="00B37E9E" w:rsidRDefault="00000000">
      <w:pPr>
        <w:spacing w:after="160" w:line="264" w:lineRule="auto"/>
        <w:rPr>
          <w:sz w:val="18"/>
          <w:szCs w:val="21"/>
        </w:rPr>
      </w:pPr>
      <w:r w:rsidRPr="00B37E9E">
        <w:rPr>
          <w:sz w:val="16"/>
          <w:szCs w:val="21"/>
        </w:rPr>
        <w:t>1. Uns ist bekannt, dass die Anmeldung für das oben genannte Schuljahr verbindlich ist. Die angemeldete Schülerin/der angemeldete Schüler ist im Umfang der angegebenen Nachmittage zum Besuch des offenen Ganztagsangebotes als schulischer Veranstaltung verpflichtet. Befreiungen von der Teilnahmepflicht bzw. eine Beendigung des Besuches während des Schuljahres können von der Schulleitung nur in begründeten Ausnahmefällen gestattet werden.</w:t>
      </w:r>
      <w:r w:rsidRPr="00B37E9E">
        <w:rPr>
          <w:sz w:val="16"/>
          <w:szCs w:val="21"/>
        </w:rPr>
        <w:br/>
        <w:t>2. Uns ist bekannt, dass die Anmeldung unter dem Vorbehalt steht, dass das offene Ganztagsangebot an der oben bezeichneten Schule staatlich genehmigt bzw. gefördert wird und die notwendige Mindestteilnehmerzahl erreicht wird bzw. die beantragte und genehmigte Gruppenzahl tatsächlich zustande kommt. Es besteht kein Rechtsanspruch auf eine ganztägige Förderung und Betreuung im Rahmen des offenen Ganztagsangebots.</w:t>
      </w:r>
      <w:r w:rsidRPr="00B37E9E">
        <w:rPr>
          <w:sz w:val="16"/>
          <w:szCs w:val="21"/>
        </w:rPr>
        <w:br/>
        <w:t>3. Uns ist bekannt, dass für das offene Ganztagsangebot die Bestimmungen der Bekanntmachung des Bayerischen Staatsministeriums für Unterricht und Kultus zu offenen Ganztagsangeboten an Schulen in der jeweils gültigen Fassung verbindlich sind. Mit deren Geltung erklären wir uns einverstanden und beantragen hiermit die Aufnahme unseres Kindes in das offene Ganztagsangebot an der oben bezeichneten Schule.</w:t>
      </w:r>
    </w:p>
    <w:p w:rsidR="00E33367" w:rsidRDefault="00000000">
      <w:pPr>
        <w:spacing w:after="320"/>
      </w:pPr>
      <w:r>
        <w:rPr>
          <w:b/>
        </w:rPr>
        <w:t xml:space="preserve">Die Anmeldung erfolgt verbindlich </w:t>
      </w:r>
      <w:proofErr w:type="spellStart"/>
      <w:r>
        <w:rPr>
          <w:b/>
        </w:rPr>
        <w:t>durch</w:t>
      </w:r>
      <w:proofErr w:type="spellEnd"/>
      <w:r>
        <w:rPr>
          <w:b/>
        </w:rPr>
        <w:t xml:space="preserve"> die </w:t>
      </w:r>
      <w:proofErr w:type="spellStart"/>
      <w:r>
        <w:rPr>
          <w:b/>
        </w:rPr>
        <w:t>nachfolgende</w:t>
      </w:r>
      <w:proofErr w:type="spellEnd"/>
      <w:r>
        <w:rPr>
          <w:b/>
        </w:rPr>
        <w:t xml:space="preserve"> </w:t>
      </w:r>
      <w:proofErr w:type="spellStart"/>
      <w:r>
        <w:rPr>
          <w:b/>
        </w:rPr>
        <w:t>Unterschrift</w:t>
      </w:r>
      <w:proofErr w:type="spellEnd"/>
      <w:r>
        <w:rPr>
          <w:b/>
        </w:rPr>
        <w:t>:</w:t>
      </w:r>
      <w:r w:rsidR="00B37E9E">
        <w:rPr>
          <w:b/>
        </w:rPr>
        <w:br/>
      </w:r>
    </w:p>
    <w:tbl>
      <w:tblPr>
        <w:tblW w:w="0" w:type="auto"/>
        <w:jc w:val="center"/>
        <w:tblLook w:val="04A0" w:firstRow="1" w:lastRow="0" w:firstColumn="1" w:lastColumn="0" w:noHBand="0" w:noVBand="1"/>
      </w:tblPr>
      <w:tblGrid>
        <w:gridCol w:w="4968"/>
        <w:gridCol w:w="4968"/>
      </w:tblGrid>
      <w:tr w:rsidR="00E33367">
        <w:trPr>
          <w:jc w:val="center"/>
        </w:trPr>
        <w:tc>
          <w:tcPr>
            <w:tcW w:w="4968" w:type="dxa"/>
            <w:tcBorders>
              <w:top w:val="single" w:sz="6" w:space="0" w:color="000000"/>
            </w:tcBorders>
          </w:tcPr>
          <w:p w:rsidR="00E33367" w:rsidRDefault="00000000">
            <w:pPr>
              <w:spacing w:before="80"/>
            </w:pPr>
            <w:r>
              <w:rPr>
                <w:sz w:val="17"/>
              </w:rPr>
              <w:t>Ort, Datum</w:t>
            </w:r>
          </w:p>
        </w:tc>
        <w:tc>
          <w:tcPr>
            <w:tcW w:w="4968" w:type="dxa"/>
            <w:tcBorders>
              <w:top w:val="single" w:sz="6" w:space="0" w:color="000000"/>
            </w:tcBorders>
          </w:tcPr>
          <w:p w:rsidR="00E33367" w:rsidRDefault="00000000">
            <w:pPr>
              <w:spacing w:before="80"/>
            </w:pPr>
            <w:r>
              <w:rPr>
                <w:sz w:val="17"/>
              </w:rPr>
              <w:t>Unterschrift der/des Erziehungsberechtigten</w:t>
            </w:r>
          </w:p>
        </w:tc>
      </w:tr>
    </w:tbl>
    <w:p w:rsidR="00E33367" w:rsidRDefault="00000000" w:rsidP="00B37E9E">
      <w:r>
        <w:br w:type="page"/>
      </w:r>
      <w:proofErr w:type="spellStart"/>
      <w:r>
        <w:rPr>
          <w:b/>
          <w:color w:val="003366"/>
          <w:sz w:val="24"/>
        </w:rPr>
        <w:lastRenderedPageBreak/>
        <w:t>Erklärung</w:t>
      </w:r>
      <w:proofErr w:type="spellEnd"/>
      <w:r>
        <w:rPr>
          <w:b/>
          <w:color w:val="003366"/>
          <w:sz w:val="24"/>
        </w:rPr>
        <w:t xml:space="preserve"> </w:t>
      </w:r>
      <w:proofErr w:type="spellStart"/>
      <w:r>
        <w:rPr>
          <w:b/>
          <w:color w:val="003366"/>
          <w:sz w:val="24"/>
        </w:rPr>
        <w:t>über</w:t>
      </w:r>
      <w:proofErr w:type="spellEnd"/>
      <w:r>
        <w:rPr>
          <w:b/>
          <w:color w:val="003366"/>
          <w:sz w:val="24"/>
        </w:rPr>
        <w:t xml:space="preserve"> die </w:t>
      </w:r>
      <w:proofErr w:type="spellStart"/>
      <w:r>
        <w:rPr>
          <w:b/>
          <w:color w:val="003366"/>
          <w:sz w:val="24"/>
        </w:rPr>
        <w:t>Entbindung</w:t>
      </w:r>
      <w:proofErr w:type="spellEnd"/>
      <w:r>
        <w:rPr>
          <w:b/>
          <w:color w:val="003366"/>
          <w:sz w:val="24"/>
        </w:rPr>
        <w:t xml:space="preserve"> von der Schweige-/Verschwiegenheitspflicht</w:t>
      </w:r>
    </w:p>
    <w:tbl>
      <w:tblPr>
        <w:tblW w:w="0" w:type="auto"/>
        <w:jc w:val="center"/>
        <w:tblLook w:val="04A0" w:firstRow="1" w:lastRow="0" w:firstColumn="1" w:lastColumn="0" w:noHBand="0" w:noVBand="1"/>
      </w:tblPr>
      <w:tblGrid>
        <w:gridCol w:w="4964"/>
        <w:gridCol w:w="4962"/>
      </w:tblGrid>
      <w:tr w:rsidR="00E33367">
        <w:trPr>
          <w:jc w:val="center"/>
        </w:trPr>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60"/>
            </w:pPr>
            <w:r>
              <w:rPr>
                <w:b/>
                <w:sz w:val="18"/>
              </w:rPr>
              <w:t>Name, Vorname (Schüler/in):</w:t>
            </w:r>
          </w:p>
        </w:tc>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60"/>
            </w:pPr>
            <w:r>
              <w:rPr>
                <w:b/>
                <w:sz w:val="18"/>
              </w:rPr>
              <w:t>Schule:</w:t>
            </w:r>
          </w:p>
        </w:tc>
      </w:tr>
      <w:tr w:rsidR="00E33367">
        <w:trPr>
          <w:jc w:val="center"/>
        </w:trPr>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60"/>
            </w:pPr>
            <w:r>
              <w:rPr>
                <w:b/>
                <w:sz w:val="18"/>
              </w:rPr>
              <w:t>Klasse:</w:t>
            </w:r>
          </w:p>
        </w:tc>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60"/>
            </w:pPr>
            <w:r>
              <w:rPr>
                <w:b/>
                <w:sz w:val="18"/>
              </w:rPr>
              <w:t>Anschrift:</w:t>
            </w:r>
          </w:p>
        </w:tc>
      </w:tr>
      <w:tr w:rsidR="00E33367">
        <w:trPr>
          <w:jc w:val="center"/>
        </w:trPr>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60"/>
            </w:pPr>
            <w:r>
              <w:rPr>
                <w:b/>
                <w:sz w:val="18"/>
              </w:rPr>
              <w:t>Name Erziehungsberechtigten:</w:t>
            </w:r>
          </w:p>
        </w:tc>
        <w:tc>
          <w:tcPr>
            <w:tcW w:w="4968" w:type="dxa"/>
            <w:tcBorders>
              <w:top w:val="single" w:sz="4" w:space="0" w:color="CCCCCC"/>
              <w:left w:val="single" w:sz="4" w:space="0" w:color="CCCCCC"/>
              <w:bottom w:val="single" w:sz="4" w:space="0" w:color="CCCCCC"/>
              <w:right w:val="single" w:sz="4" w:space="0" w:color="CCCCCC"/>
            </w:tcBorders>
          </w:tcPr>
          <w:p w:rsidR="00E33367" w:rsidRDefault="00000000">
            <w:pPr>
              <w:spacing w:before="60"/>
            </w:pPr>
            <w:r>
              <w:rPr>
                <w:b/>
                <w:sz w:val="18"/>
              </w:rPr>
              <w:t>Telefon:</w:t>
            </w:r>
          </w:p>
        </w:tc>
      </w:tr>
      <w:tr w:rsidR="00E33367">
        <w:trPr>
          <w:jc w:val="center"/>
        </w:trPr>
        <w:tc>
          <w:tcPr>
            <w:tcW w:w="9936" w:type="dxa"/>
            <w:gridSpan w:val="2"/>
            <w:tcBorders>
              <w:top w:val="single" w:sz="4" w:space="0" w:color="CCCCCC"/>
              <w:left w:val="single" w:sz="4" w:space="0" w:color="CCCCCC"/>
              <w:bottom w:val="single" w:sz="4" w:space="0" w:color="CCCCCC"/>
              <w:right w:val="single" w:sz="4" w:space="0" w:color="CCCCCC"/>
            </w:tcBorders>
          </w:tcPr>
          <w:p w:rsidR="00E33367" w:rsidRDefault="00000000">
            <w:pPr>
              <w:spacing w:before="60"/>
            </w:pPr>
            <w:r>
              <w:rPr>
                <w:b/>
                <w:sz w:val="18"/>
              </w:rPr>
              <w:t>Anmerkungen (Krankheiten, etc.):</w:t>
            </w:r>
          </w:p>
        </w:tc>
      </w:tr>
    </w:tbl>
    <w:p w:rsidR="00E33367" w:rsidRDefault="00000000">
      <w:pPr>
        <w:spacing w:before="200" w:after="160"/>
      </w:pPr>
      <w:r>
        <w:rPr>
          <w:sz w:val="18"/>
        </w:rPr>
        <w:t>Ich/Wir entbinde/n die pädagogischen Mitarbeiter*innen von Kids4Life gemeinnützige UG, die an der oben genannten Schule eingesetzt sind, sowie</w:t>
      </w:r>
      <w:r>
        <w:rPr>
          <w:sz w:val="18"/>
        </w:rPr>
        <w:br/>
        <w:t>• die Lehrkräfte der Klasse meines/unseres Kindes,</w:t>
      </w:r>
      <w:r>
        <w:rPr>
          <w:sz w:val="18"/>
        </w:rPr>
        <w:br/>
        <w:t>• die Beratungslehrkräfte,</w:t>
      </w:r>
      <w:r>
        <w:rPr>
          <w:sz w:val="18"/>
        </w:rPr>
        <w:br/>
        <w:t>• die Schulsozialpädagoginnen und -pädagogen,</w:t>
      </w:r>
      <w:r>
        <w:rPr>
          <w:sz w:val="18"/>
        </w:rPr>
        <w:br/>
        <w:t>• die Schulsozialarbeiterinnen und -arbeiter,</w:t>
      </w:r>
      <w:r>
        <w:rPr>
          <w:sz w:val="18"/>
        </w:rPr>
        <w:br/>
        <w:t>• die Schulpsychologin/den Schulpsychologen und</w:t>
      </w:r>
      <w:r>
        <w:rPr>
          <w:sz w:val="18"/>
        </w:rPr>
        <w:br/>
        <w:t>• die Schulleitung</w:t>
      </w:r>
      <w:r>
        <w:rPr>
          <w:sz w:val="18"/>
        </w:rPr>
        <w:br/>
        <w:t>der oben genannten Schule im Hinblick auf die pädagogisch gewonnenen Erkenntnisse über mein/unser Kind jeweils gegenseitig von der gesetzlichen Schweigepflicht bzw. dienstlichen Verschwiegenheitspflicht, soweit dies dem Wohl und der Förderung des Kindes dienlich erscheint und im Rahmen eines vertrauensvollen Zusammenwirkens zwischen Schule und Kooperationspartner zur Aufgabenerfüllung im schulischen Ganztagsangebot als schulische Veranstaltung erforderlich ist.</w:t>
      </w:r>
      <w:r>
        <w:rPr>
          <w:sz w:val="18"/>
        </w:rPr>
        <w:br/>
      </w:r>
      <w:r>
        <w:rPr>
          <w:sz w:val="18"/>
        </w:rPr>
        <w:br/>
      </w:r>
      <w:r>
        <w:rPr>
          <w:b/>
          <w:sz w:val="19"/>
        </w:rPr>
        <w:t>Diese Erklärung gilt für das Schuljahr 2026/2027.</w:t>
      </w:r>
      <w:r>
        <w:rPr>
          <w:b/>
          <w:sz w:val="19"/>
        </w:rPr>
        <w:br/>
      </w:r>
      <w:r>
        <w:rPr>
          <w:b/>
          <w:sz w:val="19"/>
        </w:rPr>
        <w:br/>
      </w:r>
      <w:r>
        <w:rPr>
          <w:sz w:val="17"/>
        </w:rPr>
        <w:t>Die Entbindung von der Schweige-/Verschwiegenheitspflicht berechtigt die oben bestimmte/n Person/en nicht, die erhaltenen Informationen gegenüber dritten Personen zu verwenden. Alle Informationen werden vertraulich behandelt.</w:t>
      </w:r>
      <w:r>
        <w:rPr>
          <w:sz w:val="17"/>
        </w:rPr>
        <w:br/>
      </w:r>
      <w:r>
        <w:rPr>
          <w:sz w:val="17"/>
        </w:rPr>
        <w:br/>
        <w:t>Meine Einwilligung über die Entbindung von der Schweige-/Verschwiegenheitspflicht habe ich freiwillig abgegeben. Mir ist bekannt, dass ich diese Erklärung zur Entbindung von der Schweige-/Verschwiegenheitspflicht jederzeit mit Wirkung für die Zukunft widerrufen kann.</w:t>
      </w:r>
    </w:p>
    <w:p w:rsidR="00E33367" w:rsidRDefault="00E33367">
      <w:pPr>
        <w:spacing w:after="400"/>
      </w:pPr>
    </w:p>
    <w:tbl>
      <w:tblPr>
        <w:tblW w:w="0" w:type="auto"/>
        <w:jc w:val="center"/>
        <w:tblLook w:val="04A0" w:firstRow="1" w:lastRow="0" w:firstColumn="1" w:lastColumn="0" w:noHBand="0" w:noVBand="1"/>
      </w:tblPr>
      <w:tblGrid>
        <w:gridCol w:w="4968"/>
        <w:gridCol w:w="4968"/>
      </w:tblGrid>
      <w:tr w:rsidR="00E33367">
        <w:trPr>
          <w:jc w:val="center"/>
        </w:trPr>
        <w:tc>
          <w:tcPr>
            <w:tcW w:w="4968" w:type="dxa"/>
            <w:tcBorders>
              <w:top w:val="single" w:sz="6" w:space="0" w:color="000000"/>
            </w:tcBorders>
          </w:tcPr>
          <w:p w:rsidR="00E33367" w:rsidRDefault="00000000">
            <w:pPr>
              <w:spacing w:before="80"/>
            </w:pPr>
            <w:r>
              <w:rPr>
                <w:sz w:val="17"/>
              </w:rPr>
              <w:t>Ort, Datum</w:t>
            </w:r>
          </w:p>
        </w:tc>
        <w:tc>
          <w:tcPr>
            <w:tcW w:w="4968" w:type="dxa"/>
            <w:tcBorders>
              <w:top w:val="single" w:sz="6" w:space="0" w:color="000000"/>
            </w:tcBorders>
          </w:tcPr>
          <w:p w:rsidR="00E33367" w:rsidRDefault="00000000">
            <w:pPr>
              <w:spacing w:before="80"/>
            </w:pPr>
            <w:r>
              <w:rPr>
                <w:sz w:val="17"/>
              </w:rPr>
              <w:t>Unterschrift der/des Erziehungsberechtigten</w:t>
            </w:r>
          </w:p>
        </w:tc>
      </w:tr>
    </w:tbl>
    <w:p w:rsidR="00B4795E" w:rsidRDefault="00B4795E"/>
    <w:sectPr w:rsidR="00B4795E"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2089886860">
    <w:abstractNumId w:val="8"/>
  </w:num>
  <w:num w:numId="2" w16cid:durableId="795297242">
    <w:abstractNumId w:val="6"/>
  </w:num>
  <w:num w:numId="3" w16cid:durableId="2017806547">
    <w:abstractNumId w:val="5"/>
  </w:num>
  <w:num w:numId="4" w16cid:durableId="1800225406">
    <w:abstractNumId w:val="4"/>
  </w:num>
  <w:num w:numId="5" w16cid:durableId="1692948610">
    <w:abstractNumId w:val="7"/>
  </w:num>
  <w:num w:numId="6" w16cid:durableId="941498833">
    <w:abstractNumId w:val="3"/>
  </w:num>
  <w:num w:numId="7" w16cid:durableId="1540699759">
    <w:abstractNumId w:val="2"/>
  </w:num>
  <w:num w:numId="8" w16cid:durableId="565384882">
    <w:abstractNumId w:val="1"/>
  </w:num>
  <w:num w:numId="9" w16cid:durableId="2071881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9E7A1F"/>
    <w:rsid w:val="00AA1D8D"/>
    <w:rsid w:val="00B37E9E"/>
    <w:rsid w:val="00B47730"/>
    <w:rsid w:val="00B4795E"/>
    <w:rsid w:val="00CB0664"/>
    <w:rsid w:val="00E3336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F4E63B"/>
  <w14:defaultImageDpi w14:val="300"/>
  <w15:docId w15:val="{5A5538C9-EEB8-1541-844F-2760D13B9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color w:val="333333"/>
      <w:sz w:val="20"/>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910</Words>
  <Characters>5737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felix haller</cp:lastModifiedBy>
  <cp:revision>2</cp:revision>
  <dcterms:created xsi:type="dcterms:W3CDTF">2026-10-10T09:02:00Z</dcterms:created>
  <dcterms:modified xsi:type="dcterms:W3CDTF">2026-10-10T09:02:00Z</dcterms:modified>
  <cp:category/>
</cp:coreProperties>
</file>